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7CFA5" w14:textId="77777777" w:rsidR="007E451E" w:rsidRPr="00324FC3" w:rsidRDefault="001E090F">
      <w:pPr>
        <w:jc w:val="center"/>
        <w:rPr>
          <w:rFonts w:ascii="Meiryo UI" w:eastAsia="Meiryo UI" w:hAnsi="Meiryo UI"/>
          <w:lang w:eastAsia="ja-JP"/>
        </w:rPr>
      </w:pPr>
      <w:r w:rsidRPr="00324FC3">
        <w:rPr>
          <w:rFonts w:ascii="Meiryo UI" w:eastAsia="Meiryo UI" w:hAnsi="Meiryo UI"/>
          <w:b/>
          <w:sz w:val="30"/>
          <w:lang w:eastAsia="ja-JP"/>
        </w:rPr>
        <w:t>一般社団法人日本モルック協会</w:t>
      </w:r>
    </w:p>
    <w:p w14:paraId="7225BBFD" w14:textId="5ECC2202" w:rsidR="007E451E" w:rsidRPr="00324FC3" w:rsidRDefault="001E090F">
      <w:pPr>
        <w:jc w:val="center"/>
        <w:rPr>
          <w:rFonts w:ascii="Meiryo UI" w:eastAsia="Meiryo UI" w:hAnsi="Meiryo UI" w:hint="eastAsia"/>
          <w:lang w:eastAsia="ja-JP"/>
        </w:rPr>
      </w:pPr>
      <w:proofErr w:type="spellStart"/>
      <w:r w:rsidRPr="00324FC3">
        <w:rPr>
          <w:rFonts w:ascii="Meiryo UI" w:eastAsia="Meiryo UI" w:hAnsi="Meiryo UI"/>
          <w:b/>
          <w:sz w:val="26"/>
        </w:rPr>
        <w:t>寄付金申込書</w:t>
      </w:r>
      <w:proofErr w:type="spellEnd"/>
    </w:p>
    <w:p w14:paraId="2CA9CAF4" w14:textId="77777777" w:rsidR="007E451E" w:rsidRPr="00324FC3" w:rsidRDefault="001E090F">
      <w:pPr>
        <w:rPr>
          <w:rFonts w:ascii="Meiryo UI" w:eastAsia="Meiryo UI" w:hAnsi="Meiryo UI"/>
        </w:rPr>
      </w:pPr>
      <w:proofErr w:type="spellStart"/>
      <w:r w:rsidRPr="00324FC3">
        <w:rPr>
          <w:rFonts w:ascii="Meiryo UI" w:eastAsia="Meiryo UI" w:hAnsi="Meiryo UI"/>
        </w:rPr>
        <w:t>申込日</w:t>
      </w:r>
      <w:proofErr w:type="spellEnd"/>
      <w:r w:rsidRPr="00324FC3">
        <w:rPr>
          <w:rFonts w:ascii="Meiryo UI" w:eastAsia="Meiryo UI" w:hAnsi="Meiryo UI"/>
        </w:rPr>
        <w:t xml:space="preserve">：　　　</w:t>
      </w:r>
      <w:proofErr w:type="gramStart"/>
      <w:r w:rsidRPr="00324FC3">
        <w:rPr>
          <w:rFonts w:ascii="Meiryo UI" w:eastAsia="Meiryo UI" w:hAnsi="Meiryo UI"/>
        </w:rPr>
        <w:t>年　　月</w:t>
      </w:r>
      <w:proofErr w:type="gramEnd"/>
      <w:r w:rsidRPr="00324FC3">
        <w:rPr>
          <w:rFonts w:ascii="Meiryo UI" w:eastAsia="Meiryo UI" w:hAnsi="Meiryo UI"/>
        </w:rPr>
        <w:t xml:space="preserve">　　日</w:t>
      </w:r>
    </w:p>
    <w:p w14:paraId="08DBB7CE"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一般社団法人日本モルック協会　御中</w:t>
      </w:r>
    </w:p>
    <w:p w14:paraId="7027000C"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寄付金募集要項及び寄付金等取扱規程を確認の上、下記のとおり寄付を申し込みます。</w:t>
      </w:r>
    </w:p>
    <w:p w14:paraId="2339BEA1" w14:textId="77777777" w:rsidR="007E451E" w:rsidRPr="00324FC3" w:rsidRDefault="001E090F">
      <w:pPr>
        <w:rPr>
          <w:rFonts w:ascii="Meiryo UI" w:eastAsia="Meiryo UI" w:hAnsi="Meiryo UI"/>
        </w:rPr>
      </w:pPr>
      <w:r w:rsidRPr="00324FC3">
        <w:rPr>
          <w:rFonts w:ascii="Meiryo UI" w:eastAsia="Meiryo UI" w:hAnsi="Meiryo UI"/>
          <w:b/>
          <w:sz w:val="23"/>
        </w:rPr>
        <w:t>1</w:t>
      </w:r>
      <w:r w:rsidRPr="00324FC3">
        <w:rPr>
          <w:rFonts w:ascii="Meiryo UI" w:eastAsia="Meiryo UI" w:hAnsi="Meiryo UI"/>
          <w:b/>
          <w:sz w:val="23"/>
        </w:rPr>
        <w:t xml:space="preserve">　</w:t>
      </w:r>
      <w:proofErr w:type="spellStart"/>
      <w:r w:rsidRPr="00324FC3">
        <w:rPr>
          <w:rFonts w:ascii="Meiryo UI" w:eastAsia="Meiryo UI" w:hAnsi="Meiryo UI"/>
          <w:b/>
          <w:sz w:val="23"/>
        </w:rPr>
        <w:t>寄付申込者情報</w:t>
      </w:r>
      <w:proofErr w:type="spellEnd"/>
    </w:p>
    <w:tbl>
      <w:tblPr>
        <w:tblStyle w:val="afe"/>
        <w:tblW w:w="0" w:type="auto"/>
        <w:jc w:val="center"/>
        <w:tblLook w:val="04A0" w:firstRow="1" w:lastRow="0" w:firstColumn="1" w:lastColumn="0" w:noHBand="0" w:noVBand="1"/>
      </w:tblPr>
      <w:tblGrid>
        <w:gridCol w:w="4696"/>
        <w:gridCol w:w="4700"/>
      </w:tblGrid>
      <w:tr w:rsidR="007E451E" w:rsidRPr="00324FC3" w14:paraId="11A2DE98" w14:textId="77777777">
        <w:trPr>
          <w:jc w:val="center"/>
        </w:trPr>
        <w:tc>
          <w:tcPr>
            <w:tcW w:w="4703" w:type="dxa"/>
            <w:vAlign w:val="center"/>
          </w:tcPr>
          <w:p w14:paraId="7952DA1C" w14:textId="77777777" w:rsidR="007E451E" w:rsidRPr="00324FC3" w:rsidRDefault="001E090F">
            <w:pPr>
              <w:rPr>
                <w:rFonts w:ascii="Meiryo UI" w:eastAsia="Meiryo UI" w:hAnsi="Meiryo UI"/>
              </w:rPr>
            </w:pPr>
            <w:r w:rsidRPr="00324FC3">
              <w:rPr>
                <w:rFonts w:ascii="Meiryo UI" w:eastAsia="Meiryo UI" w:hAnsi="Meiryo UI"/>
                <w:b/>
              </w:rPr>
              <w:t>区分</w:t>
            </w:r>
          </w:p>
        </w:tc>
        <w:tc>
          <w:tcPr>
            <w:tcW w:w="4703" w:type="dxa"/>
            <w:vAlign w:val="center"/>
          </w:tcPr>
          <w:p w14:paraId="7A866A24"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 xml:space="preserve">□ </w:t>
            </w:r>
            <w:r w:rsidRPr="00324FC3">
              <w:rPr>
                <w:rFonts w:ascii="Meiryo UI" w:eastAsia="Meiryo UI" w:hAnsi="Meiryo UI"/>
                <w:lang w:eastAsia="ja-JP"/>
              </w:rPr>
              <w:t xml:space="preserve">個人　　</w:t>
            </w:r>
            <w:r w:rsidRPr="00324FC3">
              <w:rPr>
                <w:rFonts w:ascii="Meiryo UI" w:eastAsia="Meiryo UI" w:hAnsi="Meiryo UI"/>
                <w:lang w:eastAsia="ja-JP"/>
              </w:rPr>
              <w:t xml:space="preserve">□ </w:t>
            </w:r>
            <w:r w:rsidRPr="00324FC3">
              <w:rPr>
                <w:rFonts w:ascii="Meiryo UI" w:eastAsia="Meiryo UI" w:hAnsi="Meiryo UI"/>
                <w:lang w:eastAsia="ja-JP"/>
              </w:rPr>
              <w:t>法人・団体</w:t>
            </w:r>
          </w:p>
        </w:tc>
      </w:tr>
      <w:tr w:rsidR="007E451E" w:rsidRPr="00324FC3" w14:paraId="63161260" w14:textId="77777777">
        <w:trPr>
          <w:jc w:val="center"/>
        </w:trPr>
        <w:tc>
          <w:tcPr>
            <w:tcW w:w="4703" w:type="dxa"/>
            <w:vAlign w:val="center"/>
          </w:tcPr>
          <w:p w14:paraId="304215E8" w14:textId="77777777" w:rsidR="007E451E" w:rsidRPr="00324FC3" w:rsidRDefault="001E090F">
            <w:pPr>
              <w:rPr>
                <w:rFonts w:ascii="Meiryo UI" w:eastAsia="Meiryo UI" w:hAnsi="Meiryo UI"/>
              </w:rPr>
            </w:pPr>
            <w:proofErr w:type="spellStart"/>
            <w:r w:rsidRPr="00324FC3">
              <w:rPr>
                <w:rFonts w:ascii="Meiryo UI" w:eastAsia="Meiryo UI" w:hAnsi="Meiryo UI"/>
                <w:b/>
              </w:rPr>
              <w:t>氏名・名称</w:t>
            </w:r>
            <w:proofErr w:type="spellEnd"/>
          </w:p>
        </w:tc>
        <w:tc>
          <w:tcPr>
            <w:tcW w:w="4703" w:type="dxa"/>
            <w:vAlign w:val="center"/>
          </w:tcPr>
          <w:p w14:paraId="724F30F5" w14:textId="77777777" w:rsidR="007E451E" w:rsidRPr="00324FC3" w:rsidRDefault="007E451E">
            <w:pPr>
              <w:rPr>
                <w:rFonts w:ascii="Meiryo UI" w:eastAsia="Meiryo UI" w:hAnsi="Meiryo UI"/>
              </w:rPr>
            </w:pPr>
          </w:p>
        </w:tc>
      </w:tr>
      <w:tr w:rsidR="007E451E" w:rsidRPr="00324FC3" w14:paraId="3A53B928" w14:textId="77777777">
        <w:trPr>
          <w:jc w:val="center"/>
        </w:trPr>
        <w:tc>
          <w:tcPr>
            <w:tcW w:w="4703" w:type="dxa"/>
            <w:vAlign w:val="center"/>
          </w:tcPr>
          <w:p w14:paraId="60CBD1F4" w14:textId="77777777" w:rsidR="007E451E" w:rsidRPr="00324FC3" w:rsidRDefault="001E090F">
            <w:pPr>
              <w:rPr>
                <w:rFonts w:ascii="Meiryo UI" w:eastAsia="Meiryo UI" w:hAnsi="Meiryo UI"/>
              </w:rPr>
            </w:pPr>
            <w:r w:rsidRPr="00324FC3">
              <w:rPr>
                <w:rFonts w:ascii="Meiryo UI" w:eastAsia="Meiryo UI" w:hAnsi="Meiryo UI"/>
                <w:b/>
              </w:rPr>
              <w:t>フリガナ</w:t>
            </w:r>
          </w:p>
        </w:tc>
        <w:tc>
          <w:tcPr>
            <w:tcW w:w="4703" w:type="dxa"/>
            <w:vAlign w:val="center"/>
          </w:tcPr>
          <w:p w14:paraId="064258C2" w14:textId="77777777" w:rsidR="007E451E" w:rsidRPr="00324FC3" w:rsidRDefault="007E451E">
            <w:pPr>
              <w:rPr>
                <w:rFonts w:ascii="Meiryo UI" w:eastAsia="Meiryo UI" w:hAnsi="Meiryo UI"/>
              </w:rPr>
            </w:pPr>
          </w:p>
        </w:tc>
      </w:tr>
      <w:tr w:rsidR="007E451E" w:rsidRPr="00324FC3" w14:paraId="133E8464" w14:textId="77777777">
        <w:trPr>
          <w:jc w:val="center"/>
        </w:trPr>
        <w:tc>
          <w:tcPr>
            <w:tcW w:w="4703" w:type="dxa"/>
            <w:vAlign w:val="center"/>
          </w:tcPr>
          <w:p w14:paraId="38F31397" w14:textId="77777777" w:rsidR="007E451E" w:rsidRPr="00324FC3" w:rsidRDefault="001E090F">
            <w:pPr>
              <w:rPr>
                <w:rFonts w:ascii="Meiryo UI" w:eastAsia="Meiryo UI" w:hAnsi="Meiryo UI"/>
                <w:lang w:eastAsia="ja-JP"/>
              </w:rPr>
            </w:pPr>
            <w:r w:rsidRPr="00324FC3">
              <w:rPr>
                <w:rFonts w:ascii="Meiryo UI" w:eastAsia="Meiryo UI" w:hAnsi="Meiryo UI"/>
                <w:b/>
                <w:lang w:eastAsia="ja-JP"/>
              </w:rPr>
              <w:t>代表者名（法人・団体の場合）</w:t>
            </w:r>
          </w:p>
        </w:tc>
        <w:tc>
          <w:tcPr>
            <w:tcW w:w="4703" w:type="dxa"/>
            <w:vAlign w:val="center"/>
          </w:tcPr>
          <w:p w14:paraId="60435C73" w14:textId="77777777" w:rsidR="007E451E" w:rsidRPr="00324FC3" w:rsidRDefault="007E451E">
            <w:pPr>
              <w:rPr>
                <w:rFonts w:ascii="Meiryo UI" w:eastAsia="Meiryo UI" w:hAnsi="Meiryo UI"/>
                <w:lang w:eastAsia="ja-JP"/>
              </w:rPr>
            </w:pPr>
          </w:p>
        </w:tc>
      </w:tr>
      <w:tr w:rsidR="007E451E" w:rsidRPr="00324FC3" w14:paraId="42EACB30" w14:textId="77777777">
        <w:trPr>
          <w:jc w:val="center"/>
        </w:trPr>
        <w:tc>
          <w:tcPr>
            <w:tcW w:w="4703" w:type="dxa"/>
            <w:vAlign w:val="center"/>
          </w:tcPr>
          <w:p w14:paraId="6069B749" w14:textId="77777777" w:rsidR="007E451E" w:rsidRPr="00324FC3" w:rsidRDefault="001E090F">
            <w:pPr>
              <w:rPr>
                <w:rFonts w:ascii="Meiryo UI" w:eastAsia="Meiryo UI" w:hAnsi="Meiryo UI"/>
              </w:rPr>
            </w:pPr>
            <w:proofErr w:type="spellStart"/>
            <w:r w:rsidRPr="00324FC3">
              <w:rPr>
                <w:rFonts w:ascii="Meiryo UI" w:eastAsia="Meiryo UI" w:hAnsi="Meiryo UI"/>
                <w:b/>
              </w:rPr>
              <w:t>住所</w:t>
            </w:r>
            <w:proofErr w:type="spellEnd"/>
          </w:p>
        </w:tc>
        <w:tc>
          <w:tcPr>
            <w:tcW w:w="4703" w:type="dxa"/>
            <w:vAlign w:val="center"/>
          </w:tcPr>
          <w:p w14:paraId="52A945E2" w14:textId="77777777" w:rsidR="007E451E" w:rsidRPr="00324FC3" w:rsidRDefault="007E451E">
            <w:pPr>
              <w:rPr>
                <w:rFonts w:ascii="Meiryo UI" w:eastAsia="Meiryo UI" w:hAnsi="Meiryo UI"/>
              </w:rPr>
            </w:pPr>
          </w:p>
        </w:tc>
      </w:tr>
      <w:tr w:rsidR="007E451E" w:rsidRPr="00324FC3" w14:paraId="5F53D663" w14:textId="77777777">
        <w:trPr>
          <w:jc w:val="center"/>
        </w:trPr>
        <w:tc>
          <w:tcPr>
            <w:tcW w:w="4703" w:type="dxa"/>
            <w:vAlign w:val="center"/>
          </w:tcPr>
          <w:p w14:paraId="4481D358" w14:textId="77777777" w:rsidR="007E451E" w:rsidRPr="00324FC3" w:rsidRDefault="001E090F">
            <w:pPr>
              <w:rPr>
                <w:rFonts w:ascii="Meiryo UI" w:eastAsia="Meiryo UI" w:hAnsi="Meiryo UI"/>
              </w:rPr>
            </w:pPr>
            <w:r w:rsidRPr="00324FC3">
              <w:rPr>
                <w:rFonts w:ascii="Meiryo UI" w:eastAsia="Meiryo UI" w:hAnsi="Meiryo UI"/>
                <w:b/>
              </w:rPr>
              <w:t>電話番号</w:t>
            </w:r>
          </w:p>
        </w:tc>
        <w:tc>
          <w:tcPr>
            <w:tcW w:w="4703" w:type="dxa"/>
            <w:vAlign w:val="center"/>
          </w:tcPr>
          <w:p w14:paraId="4395A7D1" w14:textId="77777777" w:rsidR="007E451E" w:rsidRPr="00324FC3" w:rsidRDefault="007E451E">
            <w:pPr>
              <w:rPr>
                <w:rFonts w:ascii="Meiryo UI" w:eastAsia="Meiryo UI" w:hAnsi="Meiryo UI"/>
              </w:rPr>
            </w:pPr>
          </w:p>
        </w:tc>
      </w:tr>
      <w:tr w:rsidR="007E451E" w:rsidRPr="00324FC3" w14:paraId="55A7FC6A" w14:textId="77777777">
        <w:trPr>
          <w:jc w:val="center"/>
        </w:trPr>
        <w:tc>
          <w:tcPr>
            <w:tcW w:w="4703" w:type="dxa"/>
            <w:vAlign w:val="center"/>
          </w:tcPr>
          <w:p w14:paraId="2E548F86" w14:textId="77777777" w:rsidR="007E451E" w:rsidRPr="00324FC3" w:rsidRDefault="001E090F">
            <w:pPr>
              <w:rPr>
                <w:rFonts w:ascii="Meiryo UI" w:eastAsia="Meiryo UI" w:hAnsi="Meiryo UI"/>
              </w:rPr>
            </w:pPr>
            <w:r w:rsidRPr="00324FC3">
              <w:rPr>
                <w:rFonts w:ascii="Meiryo UI" w:eastAsia="Meiryo UI" w:hAnsi="Meiryo UI"/>
                <w:b/>
              </w:rPr>
              <w:t>メールアドレス</w:t>
            </w:r>
          </w:p>
        </w:tc>
        <w:tc>
          <w:tcPr>
            <w:tcW w:w="4703" w:type="dxa"/>
            <w:vAlign w:val="center"/>
          </w:tcPr>
          <w:p w14:paraId="7D12CF4F" w14:textId="77777777" w:rsidR="007E451E" w:rsidRPr="00324FC3" w:rsidRDefault="007E451E">
            <w:pPr>
              <w:rPr>
                <w:rFonts w:ascii="Meiryo UI" w:eastAsia="Meiryo UI" w:hAnsi="Meiryo UI"/>
              </w:rPr>
            </w:pPr>
          </w:p>
        </w:tc>
      </w:tr>
      <w:tr w:rsidR="007E451E" w:rsidRPr="00324FC3" w14:paraId="6434EA81" w14:textId="77777777">
        <w:trPr>
          <w:jc w:val="center"/>
        </w:trPr>
        <w:tc>
          <w:tcPr>
            <w:tcW w:w="4703" w:type="dxa"/>
            <w:vAlign w:val="center"/>
          </w:tcPr>
          <w:p w14:paraId="288B4BF2" w14:textId="77777777" w:rsidR="007E451E" w:rsidRPr="00324FC3" w:rsidRDefault="001E090F">
            <w:pPr>
              <w:rPr>
                <w:rFonts w:ascii="Meiryo UI" w:eastAsia="Meiryo UI" w:hAnsi="Meiryo UI"/>
              </w:rPr>
            </w:pPr>
            <w:r w:rsidRPr="00324FC3">
              <w:rPr>
                <w:rFonts w:ascii="Meiryo UI" w:eastAsia="Meiryo UI" w:hAnsi="Meiryo UI"/>
                <w:b/>
              </w:rPr>
              <w:t>受領書送付先</w:t>
            </w:r>
          </w:p>
        </w:tc>
        <w:tc>
          <w:tcPr>
            <w:tcW w:w="4703" w:type="dxa"/>
            <w:vAlign w:val="center"/>
          </w:tcPr>
          <w:p w14:paraId="02ED49CD"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 xml:space="preserve">□ </w:t>
            </w:r>
            <w:r w:rsidRPr="00324FC3">
              <w:rPr>
                <w:rFonts w:ascii="Meiryo UI" w:eastAsia="Meiryo UI" w:hAnsi="Meiryo UI"/>
                <w:lang w:eastAsia="ja-JP"/>
              </w:rPr>
              <w:t xml:space="preserve">メール又は上記住所　　</w:t>
            </w:r>
            <w:r w:rsidRPr="00324FC3">
              <w:rPr>
                <w:rFonts w:ascii="Meiryo UI" w:eastAsia="Meiryo UI" w:hAnsi="Meiryo UI"/>
                <w:lang w:eastAsia="ja-JP"/>
              </w:rPr>
              <w:t xml:space="preserve">□ </w:t>
            </w:r>
            <w:r w:rsidRPr="00324FC3">
              <w:rPr>
                <w:rFonts w:ascii="Meiryo UI" w:eastAsia="Meiryo UI" w:hAnsi="Meiryo UI"/>
                <w:lang w:eastAsia="ja-JP"/>
              </w:rPr>
              <w:t>別途指定（　　　　　　　　　　　　　　）</w:t>
            </w:r>
          </w:p>
        </w:tc>
      </w:tr>
    </w:tbl>
    <w:p w14:paraId="5D153712" w14:textId="77777777" w:rsidR="007E451E" w:rsidRPr="00324FC3" w:rsidRDefault="001E090F">
      <w:pPr>
        <w:rPr>
          <w:rFonts w:ascii="Meiryo UI" w:eastAsia="Meiryo UI" w:hAnsi="Meiryo UI"/>
        </w:rPr>
      </w:pPr>
      <w:r w:rsidRPr="00324FC3">
        <w:rPr>
          <w:rFonts w:ascii="Meiryo UI" w:eastAsia="Meiryo UI" w:hAnsi="Meiryo UI"/>
          <w:b/>
          <w:sz w:val="23"/>
        </w:rPr>
        <w:t>2</w:t>
      </w:r>
      <w:r w:rsidRPr="00324FC3">
        <w:rPr>
          <w:rFonts w:ascii="Meiryo UI" w:eastAsia="Meiryo UI" w:hAnsi="Meiryo UI"/>
          <w:b/>
          <w:sz w:val="23"/>
        </w:rPr>
        <w:t xml:space="preserve">　</w:t>
      </w:r>
      <w:proofErr w:type="spellStart"/>
      <w:r w:rsidRPr="00324FC3">
        <w:rPr>
          <w:rFonts w:ascii="Meiryo UI" w:eastAsia="Meiryo UI" w:hAnsi="Meiryo UI"/>
          <w:b/>
          <w:sz w:val="23"/>
        </w:rPr>
        <w:t>寄付内容</w:t>
      </w:r>
      <w:proofErr w:type="spellEnd"/>
    </w:p>
    <w:tbl>
      <w:tblPr>
        <w:tblStyle w:val="afe"/>
        <w:tblW w:w="0" w:type="auto"/>
        <w:jc w:val="center"/>
        <w:tblLook w:val="04A0" w:firstRow="1" w:lastRow="0" w:firstColumn="1" w:lastColumn="0" w:noHBand="0" w:noVBand="1"/>
      </w:tblPr>
      <w:tblGrid>
        <w:gridCol w:w="4698"/>
        <w:gridCol w:w="4698"/>
      </w:tblGrid>
      <w:tr w:rsidR="007E451E" w:rsidRPr="00324FC3" w14:paraId="20C76CC9" w14:textId="77777777" w:rsidTr="00324FC3">
        <w:trPr>
          <w:jc w:val="center"/>
        </w:trPr>
        <w:tc>
          <w:tcPr>
            <w:tcW w:w="4703" w:type="dxa"/>
            <w:vAlign w:val="center"/>
          </w:tcPr>
          <w:p w14:paraId="11EEA713" w14:textId="77777777" w:rsidR="007E451E" w:rsidRPr="00324FC3" w:rsidRDefault="001E090F">
            <w:pPr>
              <w:rPr>
                <w:rFonts w:ascii="Meiryo UI" w:eastAsia="Meiryo UI" w:hAnsi="Meiryo UI"/>
              </w:rPr>
            </w:pPr>
            <w:r w:rsidRPr="00324FC3">
              <w:rPr>
                <w:rFonts w:ascii="Meiryo UI" w:eastAsia="Meiryo UI" w:hAnsi="Meiryo UI"/>
                <w:b/>
              </w:rPr>
              <w:t>寄付の種類</w:t>
            </w:r>
          </w:p>
        </w:tc>
        <w:tc>
          <w:tcPr>
            <w:tcW w:w="4703" w:type="dxa"/>
            <w:vAlign w:val="center"/>
          </w:tcPr>
          <w:p w14:paraId="0B8C4F35" w14:textId="77777777" w:rsidR="007E451E" w:rsidRPr="00324FC3" w:rsidRDefault="001E090F">
            <w:pPr>
              <w:rPr>
                <w:rFonts w:ascii="Meiryo UI" w:eastAsia="Meiryo UI" w:hAnsi="Meiryo UI"/>
              </w:rPr>
            </w:pPr>
            <w:r w:rsidRPr="00324FC3">
              <w:rPr>
                <w:rFonts w:ascii="Meiryo UI" w:eastAsia="Meiryo UI" w:hAnsi="Meiryo UI"/>
              </w:rPr>
              <w:t>一般寄付金</w:t>
            </w:r>
          </w:p>
        </w:tc>
      </w:tr>
      <w:tr w:rsidR="007E451E" w:rsidRPr="00324FC3" w14:paraId="6881133A" w14:textId="77777777" w:rsidTr="00324FC3">
        <w:trPr>
          <w:jc w:val="center"/>
        </w:trPr>
        <w:tc>
          <w:tcPr>
            <w:tcW w:w="4703" w:type="dxa"/>
            <w:vAlign w:val="center"/>
          </w:tcPr>
          <w:p w14:paraId="1DA52E44" w14:textId="77777777" w:rsidR="007E451E" w:rsidRPr="00324FC3" w:rsidRDefault="001E090F">
            <w:pPr>
              <w:rPr>
                <w:rFonts w:ascii="Meiryo UI" w:eastAsia="Meiryo UI" w:hAnsi="Meiryo UI"/>
              </w:rPr>
            </w:pPr>
            <w:r w:rsidRPr="00324FC3">
              <w:rPr>
                <w:rFonts w:ascii="Meiryo UI" w:eastAsia="Meiryo UI" w:hAnsi="Meiryo UI"/>
                <w:b/>
              </w:rPr>
              <w:t>寄付金額</w:t>
            </w:r>
          </w:p>
        </w:tc>
        <w:tc>
          <w:tcPr>
            <w:tcW w:w="4703" w:type="dxa"/>
            <w:vAlign w:val="center"/>
          </w:tcPr>
          <w:p w14:paraId="64ECB8F9" w14:textId="77777777" w:rsidR="007E451E" w:rsidRPr="00324FC3" w:rsidRDefault="001E090F">
            <w:pPr>
              <w:rPr>
                <w:rFonts w:ascii="Meiryo UI" w:eastAsia="Meiryo UI" w:hAnsi="Meiryo UI"/>
              </w:rPr>
            </w:pPr>
            <w:r w:rsidRPr="00324FC3">
              <w:rPr>
                <w:rFonts w:ascii="Meiryo UI" w:eastAsia="Meiryo UI" w:hAnsi="Meiryo UI"/>
              </w:rPr>
              <w:t>1</w:t>
            </w:r>
            <w:r w:rsidRPr="00324FC3">
              <w:rPr>
                <w:rFonts w:ascii="Meiryo UI" w:eastAsia="Meiryo UI" w:hAnsi="Meiryo UI"/>
              </w:rPr>
              <w:t>口</w:t>
            </w:r>
            <w:r w:rsidRPr="00324FC3">
              <w:rPr>
                <w:rFonts w:ascii="Meiryo UI" w:eastAsia="Meiryo UI" w:hAnsi="Meiryo UI"/>
              </w:rPr>
              <w:t>2,000</w:t>
            </w:r>
            <w:r w:rsidRPr="00324FC3">
              <w:rPr>
                <w:rFonts w:ascii="Meiryo UI" w:eastAsia="Meiryo UI" w:hAnsi="Meiryo UI"/>
              </w:rPr>
              <w:t>円</w:t>
            </w:r>
            <w:r w:rsidRPr="00324FC3">
              <w:rPr>
                <w:rFonts w:ascii="Meiryo UI" w:eastAsia="Meiryo UI" w:hAnsi="Meiryo UI"/>
              </w:rPr>
              <w:t xml:space="preserve"> × </w:t>
            </w:r>
            <w:r w:rsidRPr="00324FC3">
              <w:rPr>
                <w:rFonts w:ascii="Meiryo UI" w:eastAsia="Meiryo UI" w:hAnsi="Meiryo UI"/>
              </w:rPr>
              <w:t xml:space="preserve">　　　口</w:t>
            </w:r>
            <w:r w:rsidRPr="00324FC3">
              <w:rPr>
                <w:rFonts w:ascii="Meiryo UI" w:eastAsia="Meiryo UI" w:hAnsi="Meiryo UI"/>
              </w:rPr>
              <w:t xml:space="preserve"> </w:t>
            </w:r>
            <w:r w:rsidRPr="00324FC3">
              <w:rPr>
                <w:rFonts w:ascii="Meiryo UI" w:eastAsia="Meiryo UI" w:hAnsi="Meiryo UI"/>
              </w:rPr>
              <w:t>＝</w:t>
            </w:r>
            <w:r w:rsidRPr="00324FC3">
              <w:rPr>
                <w:rFonts w:ascii="Meiryo UI" w:eastAsia="Meiryo UI" w:hAnsi="Meiryo UI"/>
              </w:rPr>
              <w:t xml:space="preserve"> </w:t>
            </w:r>
            <w:r w:rsidRPr="00324FC3">
              <w:rPr>
                <w:rFonts w:ascii="Meiryo UI" w:eastAsia="Meiryo UI" w:hAnsi="Meiryo UI"/>
              </w:rPr>
              <w:t>金　　　　　　　　　　　円</w:t>
            </w:r>
          </w:p>
        </w:tc>
      </w:tr>
      <w:tr w:rsidR="007E451E" w:rsidRPr="00324FC3" w14:paraId="088074EA" w14:textId="77777777" w:rsidTr="00324FC3">
        <w:trPr>
          <w:jc w:val="center"/>
        </w:trPr>
        <w:tc>
          <w:tcPr>
            <w:tcW w:w="4703" w:type="dxa"/>
            <w:vAlign w:val="center"/>
          </w:tcPr>
          <w:p w14:paraId="3ACB920E" w14:textId="77777777" w:rsidR="007E451E" w:rsidRPr="00324FC3" w:rsidRDefault="001E090F">
            <w:pPr>
              <w:rPr>
                <w:rFonts w:ascii="Meiryo UI" w:eastAsia="Meiryo UI" w:hAnsi="Meiryo UI"/>
              </w:rPr>
            </w:pPr>
            <w:r w:rsidRPr="00324FC3">
              <w:rPr>
                <w:rFonts w:ascii="Meiryo UI" w:eastAsia="Meiryo UI" w:hAnsi="Meiryo UI"/>
                <w:b/>
              </w:rPr>
              <w:t>払込予定日</w:t>
            </w:r>
          </w:p>
        </w:tc>
        <w:tc>
          <w:tcPr>
            <w:tcW w:w="4703" w:type="dxa"/>
            <w:vAlign w:val="center"/>
          </w:tcPr>
          <w:p w14:paraId="2EAEF1D6" w14:textId="77777777" w:rsidR="007E451E" w:rsidRPr="00324FC3" w:rsidRDefault="001E090F">
            <w:pPr>
              <w:rPr>
                <w:rFonts w:ascii="Meiryo UI" w:eastAsia="Meiryo UI" w:hAnsi="Meiryo UI"/>
              </w:rPr>
            </w:pPr>
            <w:r w:rsidRPr="00324FC3">
              <w:rPr>
                <w:rFonts w:ascii="Meiryo UI" w:eastAsia="Meiryo UI" w:hAnsi="Meiryo UI"/>
              </w:rPr>
              <w:t xml:space="preserve">　　　</w:t>
            </w:r>
            <w:proofErr w:type="gramStart"/>
            <w:r w:rsidRPr="00324FC3">
              <w:rPr>
                <w:rFonts w:ascii="Meiryo UI" w:eastAsia="Meiryo UI" w:hAnsi="Meiryo UI"/>
              </w:rPr>
              <w:t>年　　月</w:t>
            </w:r>
            <w:proofErr w:type="gramEnd"/>
            <w:r w:rsidRPr="00324FC3">
              <w:rPr>
                <w:rFonts w:ascii="Meiryo UI" w:eastAsia="Meiryo UI" w:hAnsi="Meiryo UI"/>
              </w:rPr>
              <w:t xml:space="preserve">　　日頃</w:t>
            </w:r>
          </w:p>
        </w:tc>
      </w:tr>
      <w:tr w:rsidR="007E451E" w:rsidRPr="00324FC3" w14:paraId="1C17A494" w14:textId="77777777" w:rsidTr="00324FC3">
        <w:trPr>
          <w:jc w:val="center"/>
        </w:trPr>
        <w:tc>
          <w:tcPr>
            <w:tcW w:w="4703" w:type="dxa"/>
            <w:vAlign w:val="center"/>
          </w:tcPr>
          <w:p w14:paraId="4311E423" w14:textId="77777777" w:rsidR="007E451E" w:rsidRPr="00324FC3" w:rsidRDefault="001E090F">
            <w:pPr>
              <w:rPr>
                <w:rFonts w:ascii="Meiryo UI" w:eastAsia="Meiryo UI" w:hAnsi="Meiryo UI"/>
              </w:rPr>
            </w:pPr>
            <w:r w:rsidRPr="00324FC3">
              <w:rPr>
                <w:rFonts w:ascii="Meiryo UI" w:eastAsia="Meiryo UI" w:hAnsi="Meiryo UI"/>
                <w:b/>
              </w:rPr>
              <w:t>払込方法</w:t>
            </w:r>
          </w:p>
        </w:tc>
        <w:tc>
          <w:tcPr>
            <w:tcW w:w="4703" w:type="dxa"/>
            <w:vAlign w:val="center"/>
          </w:tcPr>
          <w:p w14:paraId="2069F639" w14:textId="77777777" w:rsidR="007E451E" w:rsidRPr="00324FC3" w:rsidRDefault="001E090F">
            <w:pPr>
              <w:rPr>
                <w:rFonts w:ascii="Meiryo UI" w:eastAsia="Meiryo UI" w:hAnsi="Meiryo UI"/>
              </w:rPr>
            </w:pPr>
            <w:r w:rsidRPr="00324FC3">
              <w:rPr>
                <w:rFonts w:ascii="Meiryo UI" w:eastAsia="Meiryo UI" w:hAnsi="Meiryo UI"/>
              </w:rPr>
              <w:t xml:space="preserve">□ </w:t>
            </w:r>
            <w:r w:rsidRPr="00324FC3">
              <w:rPr>
                <w:rFonts w:ascii="Meiryo UI" w:eastAsia="Meiryo UI" w:hAnsi="Meiryo UI"/>
              </w:rPr>
              <w:t>銀行振込</w:t>
            </w:r>
          </w:p>
        </w:tc>
      </w:tr>
      <w:tr w:rsidR="007E451E" w:rsidRPr="00324FC3" w14:paraId="34C8173B" w14:textId="77777777" w:rsidTr="00324FC3">
        <w:trPr>
          <w:jc w:val="center"/>
        </w:trPr>
        <w:tc>
          <w:tcPr>
            <w:tcW w:w="4703" w:type="dxa"/>
            <w:vAlign w:val="center"/>
          </w:tcPr>
          <w:p w14:paraId="52117A43" w14:textId="77777777" w:rsidR="007E451E" w:rsidRPr="00324FC3" w:rsidRDefault="001E090F">
            <w:pPr>
              <w:rPr>
                <w:rFonts w:ascii="Meiryo UI" w:eastAsia="Meiryo UI" w:hAnsi="Meiryo UI"/>
              </w:rPr>
            </w:pPr>
            <w:r w:rsidRPr="00324FC3">
              <w:rPr>
                <w:rFonts w:ascii="Meiryo UI" w:eastAsia="Meiryo UI" w:hAnsi="Meiryo UI"/>
                <w:b/>
              </w:rPr>
              <w:t>備考</w:t>
            </w:r>
          </w:p>
        </w:tc>
        <w:tc>
          <w:tcPr>
            <w:tcW w:w="4703" w:type="dxa"/>
            <w:vAlign w:val="center"/>
          </w:tcPr>
          <w:p w14:paraId="038C3489" w14:textId="77777777" w:rsidR="007E451E" w:rsidRPr="00324FC3" w:rsidRDefault="007E451E">
            <w:pPr>
              <w:rPr>
                <w:rFonts w:ascii="Meiryo UI" w:eastAsia="Meiryo UI" w:hAnsi="Meiryo UI"/>
              </w:rPr>
            </w:pPr>
          </w:p>
        </w:tc>
      </w:tr>
    </w:tbl>
    <w:p w14:paraId="743DDDDC" w14:textId="77777777" w:rsidR="00324FC3" w:rsidRPr="00324FC3" w:rsidRDefault="00324FC3" w:rsidP="00324FC3">
      <w:pPr>
        <w:rPr>
          <w:rFonts w:ascii="Meiryo UI" w:eastAsia="Meiryo UI" w:hAnsi="Meiryo UI"/>
        </w:rPr>
      </w:pPr>
      <w:r w:rsidRPr="00324FC3">
        <w:rPr>
          <w:rFonts w:ascii="Meiryo UI" w:eastAsia="Meiryo UI" w:hAnsi="Meiryo UI"/>
          <w:b/>
          <w:sz w:val="23"/>
        </w:rPr>
        <w:t xml:space="preserve">3　</w:t>
      </w:r>
      <w:proofErr w:type="spellStart"/>
      <w:r w:rsidRPr="00324FC3">
        <w:rPr>
          <w:rFonts w:ascii="Meiryo UI" w:eastAsia="Meiryo UI" w:hAnsi="Meiryo UI"/>
          <w:b/>
          <w:sz w:val="23"/>
        </w:rPr>
        <w:t>寄付者情報の取扱い</w:t>
      </w:r>
      <w:proofErr w:type="spellEnd"/>
    </w:p>
    <w:p w14:paraId="0475330B" w14:textId="77777777" w:rsidR="00324FC3" w:rsidRPr="00324FC3" w:rsidRDefault="00324FC3" w:rsidP="00324FC3">
      <w:pPr>
        <w:rPr>
          <w:rFonts w:ascii="Meiryo UI" w:eastAsia="Meiryo UI" w:hAnsi="Meiryo UI"/>
          <w:lang w:eastAsia="ja-JP"/>
        </w:rPr>
      </w:pPr>
      <w:r w:rsidRPr="00324FC3">
        <w:rPr>
          <w:rFonts w:ascii="Meiryo UI" w:eastAsia="Meiryo UI" w:hAnsi="Meiryo UI"/>
          <w:lang w:eastAsia="ja-JP"/>
        </w:rPr>
        <w:t>本法人は、寄付者の氏名若しくは名称、寄付額その他寄付者を特定し得る情報を公表しません。</w:t>
      </w:r>
    </w:p>
    <w:p w14:paraId="1F33D2B0" w14:textId="77777777" w:rsidR="00324FC3" w:rsidRPr="00324FC3" w:rsidRDefault="00324FC3" w:rsidP="00324FC3">
      <w:pPr>
        <w:rPr>
          <w:rFonts w:ascii="Meiryo UI" w:eastAsia="Meiryo UI" w:hAnsi="Meiryo UI"/>
          <w:lang w:eastAsia="ja-JP"/>
        </w:rPr>
      </w:pPr>
      <w:r w:rsidRPr="00324FC3">
        <w:rPr>
          <w:rFonts w:ascii="Meiryo UI" w:eastAsia="Meiryo UI" w:hAnsi="Meiryo UI"/>
          <w:lang w:eastAsia="ja-JP"/>
        </w:rPr>
        <w:t>また、ロゴ、コメント、写真、リンク先その他の広報素材の掲載も行いません。</w:t>
      </w:r>
    </w:p>
    <w:p w14:paraId="22266B6D" w14:textId="77777777" w:rsidR="00324FC3" w:rsidRPr="00324FC3" w:rsidRDefault="00324FC3" w:rsidP="00324FC3">
      <w:pPr>
        <w:rPr>
          <w:rFonts w:ascii="Meiryo UI" w:eastAsia="Meiryo UI" w:hAnsi="Meiryo UI"/>
          <w:lang w:eastAsia="ja-JP"/>
        </w:rPr>
      </w:pPr>
      <w:r w:rsidRPr="00324FC3">
        <w:rPr>
          <w:rFonts w:ascii="Meiryo UI" w:eastAsia="Meiryo UI" w:hAnsi="Meiryo UI"/>
          <w:b/>
          <w:sz w:val="23"/>
          <w:lang w:eastAsia="ja-JP"/>
        </w:rPr>
        <w:t>4　反社会的勢力排除に関する表明</w:t>
      </w:r>
    </w:p>
    <w:p w14:paraId="36F404FF" w14:textId="77777777" w:rsidR="00324FC3" w:rsidRPr="00324FC3" w:rsidRDefault="00324FC3" w:rsidP="00324FC3">
      <w:pPr>
        <w:rPr>
          <w:rFonts w:ascii="Meiryo UI" w:eastAsia="Meiryo UI" w:hAnsi="Meiryo UI"/>
          <w:lang w:eastAsia="ja-JP"/>
        </w:rPr>
      </w:pPr>
      <w:r w:rsidRPr="00324FC3">
        <w:rPr>
          <w:rFonts w:ascii="Meiryo UI" w:eastAsia="Meiryo UI" w:hAnsi="Meiryo UI"/>
          <w:lang w:eastAsia="ja-JP"/>
        </w:rPr>
        <w:t>□ 私（当法人・団体）及びその役員、実質的支配者等は、暴力団、暴力団員、暴力団関係企業、総会屋その他これらに準ずる反社会的勢力に該当せず、かつ将来にわたっても該当しません。</w:t>
      </w:r>
    </w:p>
    <w:p w14:paraId="4A7080A7" w14:textId="77777777" w:rsidR="00324FC3" w:rsidRPr="00324FC3" w:rsidRDefault="00324FC3" w:rsidP="00324FC3">
      <w:pPr>
        <w:rPr>
          <w:rFonts w:ascii="Meiryo UI" w:eastAsia="Meiryo UI" w:hAnsi="Meiryo UI"/>
          <w:lang w:eastAsia="ja-JP"/>
        </w:rPr>
      </w:pPr>
      <w:r w:rsidRPr="00324FC3">
        <w:rPr>
          <w:rFonts w:ascii="Meiryo UI" w:eastAsia="Meiryo UI" w:hAnsi="Meiryo UI"/>
          <w:lang w:eastAsia="ja-JP"/>
        </w:rPr>
        <w:t>□ 私（当法人・団体）は、反社会的勢力と社会的に非難されるべき関係を有していません。</w:t>
      </w:r>
    </w:p>
    <w:p w14:paraId="59047496" w14:textId="77777777" w:rsidR="00324FC3" w:rsidRPr="00324FC3" w:rsidRDefault="00324FC3" w:rsidP="00324FC3">
      <w:pPr>
        <w:rPr>
          <w:rFonts w:ascii="Meiryo UI" w:eastAsia="Meiryo UI" w:hAnsi="Meiryo UI"/>
          <w:lang w:eastAsia="ja-JP"/>
        </w:rPr>
      </w:pPr>
      <w:r w:rsidRPr="00324FC3">
        <w:rPr>
          <w:rFonts w:ascii="Meiryo UI" w:eastAsia="Meiryo UI" w:hAnsi="Meiryo UI"/>
          <w:lang w:eastAsia="ja-JP"/>
        </w:rPr>
        <w:t>□ 本法人が必要と認めて説明又は資料提出を求めた場合には、これに協力します。</w:t>
      </w:r>
    </w:p>
    <w:p w14:paraId="1AF98A3E" w14:textId="77777777" w:rsidR="00324FC3" w:rsidRPr="00324FC3" w:rsidRDefault="00324FC3" w:rsidP="00324FC3">
      <w:pPr>
        <w:rPr>
          <w:rFonts w:ascii="Meiryo UI" w:eastAsia="Meiryo UI" w:hAnsi="Meiryo UI"/>
          <w:lang w:eastAsia="ja-JP"/>
        </w:rPr>
      </w:pPr>
      <w:r w:rsidRPr="00324FC3">
        <w:rPr>
          <w:rFonts w:ascii="Meiryo UI" w:eastAsia="Meiryo UI" w:hAnsi="Meiryo UI"/>
          <w:b/>
          <w:sz w:val="23"/>
          <w:lang w:eastAsia="ja-JP"/>
        </w:rPr>
        <w:t>5　個人情報の取扱いに関する確認</w:t>
      </w:r>
    </w:p>
    <w:p w14:paraId="723927A4" w14:textId="77777777" w:rsidR="00324FC3" w:rsidRPr="00324FC3" w:rsidRDefault="00324FC3" w:rsidP="00324FC3">
      <w:pPr>
        <w:rPr>
          <w:rFonts w:ascii="Meiryo UI" w:eastAsia="Meiryo UI" w:hAnsi="Meiryo UI"/>
          <w:lang w:eastAsia="ja-JP"/>
        </w:rPr>
      </w:pPr>
      <w:r w:rsidRPr="00324FC3">
        <w:rPr>
          <w:rFonts w:ascii="Meiryo UI" w:eastAsia="Meiryo UI" w:hAnsi="Meiryo UI"/>
          <w:lang w:eastAsia="ja-JP"/>
        </w:rPr>
        <w:t>□ 私は、本申込により提供した個人情報が、本法人の個人情報保護規程及び関係法令に従い取り扱われることに同意します。</w:t>
      </w:r>
    </w:p>
    <w:p w14:paraId="5D8481B9" w14:textId="3E739551" w:rsidR="007E451E" w:rsidRPr="00324FC3" w:rsidRDefault="00324FC3">
      <w:pPr>
        <w:rPr>
          <w:rFonts w:ascii="Meiryo UI" w:eastAsia="Meiryo UI" w:hAnsi="Meiryo UI"/>
        </w:rPr>
      </w:pPr>
      <w:r w:rsidRPr="00324FC3">
        <w:rPr>
          <w:rFonts w:ascii="Meiryo UI" w:eastAsia="Meiryo UI" w:hAnsi="Meiryo UI" w:hint="eastAsia"/>
          <w:b/>
          <w:sz w:val="23"/>
          <w:lang w:eastAsia="ja-JP"/>
        </w:rPr>
        <w:t>6</w:t>
      </w:r>
      <w:r w:rsidRPr="00324FC3">
        <w:rPr>
          <w:rFonts w:ascii="Meiryo UI" w:eastAsia="Meiryo UI" w:hAnsi="Meiryo UI"/>
          <w:b/>
          <w:sz w:val="23"/>
        </w:rPr>
        <w:t xml:space="preserve">　</w:t>
      </w:r>
      <w:proofErr w:type="spellStart"/>
      <w:r w:rsidRPr="00324FC3">
        <w:rPr>
          <w:rFonts w:ascii="Meiryo UI" w:eastAsia="Meiryo UI" w:hAnsi="Meiryo UI"/>
          <w:b/>
          <w:sz w:val="23"/>
        </w:rPr>
        <w:t>署名欄</w:t>
      </w:r>
      <w:proofErr w:type="spellEnd"/>
    </w:p>
    <w:tbl>
      <w:tblPr>
        <w:tblStyle w:val="afe"/>
        <w:tblW w:w="0" w:type="auto"/>
        <w:jc w:val="center"/>
        <w:tblLook w:val="04A0" w:firstRow="1" w:lastRow="0" w:firstColumn="1" w:lastColumn="0" w:noHBand="0" w:noVBand="1"/>
      </w:tblPr>
      <w:tblGrid>
        <w:gridCol w:w="4698"/>
        <w:gridCol w:w="4698"/>
      </w:tblGrid>
      <w:tr w:rsidR="007E451E" w:rsidRPr="00324FC3" w14:paraId="4E13BF5D" w14:textId="77777777">
        <w:trPr>
          <w:jc w:val="center"/>
        </w:trPr>
        <w:tc>
          <w:tcPr>
            <w:tcW w:w="4703" w:type="dxa"/>
            <w:vAlign w:val="center"/>
          </w:tcPr>
          <w:p w14:paraId="3F71778A" w14:textId="77777777" w:rsidR="007E451E" w:rsidRPr="00324FC3" w:rsidRDefault="001E090F">
            <w:pPr>
              <w:rPr>
                <w:rFonts w:ascii="Meiryo UI" w:eastAsia="Meiryo UI" w:hAnsi="Meiryo UI"/>
                <w:lang w:eastAsia="ja-JP"/>
              </w:rPr>
            </w:pPr>
            <w:r w:rsidRPr="00324FC3">
              <w:rPr>
                <w:rFonts w:ascii="Meiryo UI" w:eastAsia="Meiryo UI" w:hAnsi="Meiryo UI"/>
                <w:b/>
                <w:lang w:eastAsia="ja-JP"/>
              </w:rPr>
              <w:t>署名（個人）／法人・団体名</w:t>
            </w:r>
          </w:p>
        </w:tc>
        <w:tc>
          <w:tcPr>
            <w:tcW w:w="4703" w:type="dxa"/>
            <w:vAlign w:val="center"/>
          </w:tcPr>
          <w:p w14:paraId="7F03C118" w14:textId="77777777" w:rsidR="007E451E" w:rsidRPr="00324FC3" w:rsidRDefault="007E451E">
            <w:pPr>
              <w:rPr>
                <w:rFonts w:ascii="Meiryo UI" w:eastAsia="Meiryo UI" w:hAnsi="Meiryo UI"/>
                <w:lang w:eastAsia="ja-JP"/>
              </w:rPr>
            </w:pPr>
          </w:p>
        </w:tc>
      </w:tr>
      <w:tr w:rsidR="007E451E" w:rsidRPr="00324FC3" w14:paraId="520A0CA6" w14:textId="77777777">
        <w:trPr>
          <w:jc w:val="center"/>
        </w:trPr>
        <w:tc>
          <w:tcPr>
            <w:tcW w:w="4703" w:type="dxa"/>
            <w:vAlign w:val="center"/>
          </w:tcPr>
          <w:p w14:paraId="66A1202F" w14:textId="77777777" w:rsidR="007E451E" w:rsidRPr="00324FC3" w:rsidRDefault="001E090F">
            <w:pPr>
              <w:rPr>
                <w:rFonts w:ascii="Meiryo UI" w:eastAsia="Meiryo UI" w:hAnsi="Meiryo UI"/>
                <w:lang w:eastAsia="ja-JP"/>
              </w:rPr>
            </w:pPr>
            <w:r w:rsidRPr="00324FC3">
              <w:rPr>
                <w:rFonts w:ascii="Meiryo UI" w:eastAsia="Meiryo UI" w:hAnsi="Meiryo UI"/>
                <w:b/>
                <w:lang w:eastAsia="ja-JP"/>
              </w:rPr>
              <w:t>代表者氏名（法人・団体の場合）</w:t>
            </w:r>
          </w:p>
        </w:tc>
        <w:tc>
          <w:tcPr>
            <w:tcW w:w="4703" w:type="dxa"/>
            <w:vAlign w:val="center"/>
          </w:tcPr>
          <w:p w14:paraId="4E5C9D44" w14:textId="77777777" w:rsidR="007E451E" w:rsidRPr="00324FC3" w:rsidRDefault="007E451E">
            <w:pPr>
              <w:rPr>
                <w:rFonts w:ascii="Meiryo UI" w:eastAsia="Meiryo UI" w:hAnsi="Meiryo UI"/>
                <w:lang w:eastAsia="ja-JP"/>
              </w:rPr>
            </w:pPr>
          </w:p>
        </w:tc>
      </w:tr>
      <w:tr w:rsidR="007E451E" w:rsidRPr="00324FC3" w14:paraId="3FC862A9" w14:textId="77777777">
        <w:trPr>
          <w:jc w:val="center"/>
        </w:trPr>
        <w:tc>
          <w:tcPr>
            <w:tcW w:w="4703" w:type="dxa"/>
            <w:vAlign w:val="center"/>
          </w:tcPr>
          <w:p w14:paraId="66941910" w14:textId="77777777" w:rsidR="007E451E" w:rsidRPr="00324FC3" w:rsidRDefault="001E090F">
            <w:pPr>
              <w:rPr>
                <w:rFonts w:ascii="Meiryo UI" w:eastAsia="Meiryo UI" w:hAnsi="Meiryo UI"/>
              </w:rPr>
            </w:pPr>
            <w:proofErr w:type="spellStart"/>
            <w:r w:rsidRPr="00324FC3">
              <w:rPr>
                <w:rFonts w:ascii="Meiryo UI" w:eastAsia="Meiryo UI" w:hAnsi="Meiryo UI"/>
                <w:b/>
              </w:rPr>
              <w:t>印（任意</w:t>
            </w:r>
            <w:proofErr w:type="spellEnd"/>
            <w:r w:rsidRPr="00324FC3">
              <w:rPr>
                <w:rFonts w:ascii="Meiryo UI" w:eastAsia="Meiryo UI" w:hAnsi="Meiryo UI"/>
                <w:b/>
              </w:rPr>
              <w:t>）</w:t>
            </w:r>
          </w:p>
        </w:tc>
        <w:tc>
          <w:tcPr>
            <w:tcW w:w="4703" w:type="dxa"/>
            <w:vAlign w:val="center"/>
          </w:tcPr>
          <w:p w14:paraId="5A927611" w14:textId="77777777" w:rsidR="007E451E" w:rsidRPr="00324FC3" w:rsidRDefault="007E451E">
            <w:pPr>
              <w:rPr>
                <w:rFonts w:ascii="Meiryo UI" w:eastAsia="Meiryo UI" w:hAnsi="Meiryo UI"/>
              </w:rPr>
            </w:pPr>
          </w:p>
        </w:tc>
      </w:tr>
    </w:tbl>
    <w:p w14:paraId="057DCA3C"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【寄付金受付の口座情報】</w:t>
      </w:r>
    </w:p>
    <w:p w14:paraId="45C4154C"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銀行名：住信</w:t>
      </w:r>
      <w:r w:rsidRPr="00324FC3">
        <w:rPr>
          <w:rFonts w:ascii="Meiryo UI" w:eastAsia="Meiryo UI" w:hAnsi="Meiryo UI"/>
          <w:lang w:eastAsia="ja-JP"/>
        </w:rPr>
        <w:t>SBI</w:t>
      </w:r>
      <w:r w:rsidRPr="00324FC3">
        <w:rPr>
          <w:rFonts w:ascii="Meiryo UI" w:eastAsia="Meiryo UI" w:hAnsi="Meiryo UI"/>
          <w:lang w:eastAsia="ja-JP"/>
        </w:rPr>
        <w:t>ネット銀行（金融機関コード：</w:t>
      </w:r>
      <w:r w:rsidRPr="00324FC3">
        <w:rPr>
          <w:rFonts w:ascii="Meiryo UI" w:eastAsia="Meiryo UI" w:hAnsi="Meiryo UI"/>
          <w:lang w:eastAsia="ja-JP"/>
        </w:rPr>
        <w:t>0038</w:t>
      </w:r>
      <w:r w:rsidRPr="00324FC3">
        <w:rPr>
          <w:rFonts w:ascii="Meiryo UI" w:eastAsia="Meiryo UI" w:hAnsi="Meiryo UI"/>
          <w:lang w:eastAsia="ja-JP"/>
        </w:rPr>
        <w:t>）</w:t>
      </w:r>
    </w:p>
    <w:p w14:paraId="0E71D29D"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支店名：法人第一支店（支店コード：</w:t>
      </w:r>
      <w:r w:rsidRPr="00324FC3">
        <w:rPr>
          <w:rFonts w:ascii="Meiryo UI" w:eastAsia="Meiryo UI" w:hAnsi="Meiryo UI"/>
          <w:lang w:eastAsia="ja-JP"/>
        </w:rPr>
        <w:t>106</w:t>
      </w:r>
      <w:r w:rsidRPr="00324FC3">
        <w:rPr>
          <w:rFonts w:ascii="Meiryo UI" w:eastAsia="Meiryo UI" w:hAnsi="Meiryo UI"/>
          <w:lang w:eastAsia="ja-JP"/>
        </w:rPr>
        <w:t>）</w:t>
      </w:r>
    </w:p>
    <w:p w14:paraId="3FA987E2" w14:textId="77777777" w:rsidR="007E451E" w:rsidRPr="00324FC3" w:rsidRDefault="001E090F">
      <w:pPr>
        <w:rPr>
          <w:rFonts w:ascii="Meiryo UI" w:eastAsia="Meiryo UI" w:hAnsi="Meiryo UI"/>
        </w:rPr>
      </w:pPr>
      <w:proofErr w:type="spellStart"/>
      <w:r w:rsidRPr="00324FC3">
        <w:rPr>
          <w:rFonts w:ascii="Meiryo UI" w:eastAsia="Meiryo UI" w:hAnsi="Meiryo UI"/>
        </w:rPr>
        <w:t>口座種類：普通預金</w:t>
      </w:r>
      <w:proofErr w:type="spellEnd"/>
    </w:p>
    <w:p w14:paraId="65CEC171" w14:textId="77777777" w:rsidR="007E451E" w:rsidRPr="00324FC3" w:rsidRDefault="001E090F">
      <w:pPr>
        <w:rPr>
          <w:rFonts w:ascii="Meiryo UI" w:eastAsia="Meiryo UI" w:hAnsi="Meiryo UI"/>
        </w:rPr>
      </w:pPr>
      <w:r w:rsidRPr="00324FC3">
        <w:rPr>
          <w:rFonts w:ascii="Meiryo UI" w:eastAsia="Meiryo UI" w:hAnsi="Meiryo UI"/>
        </w:rPr>
        <w:t>口座番号：</w:t>
      </w:r>
      <w:r w:rsidRPr="00324FC3">
        <w:rPr>
          <w:rFonts w:ascii="Meiryo UI" w:eastAsia="Meiryo UI" w:hAnsi="Meiryo UI"/>
        </w:rPr>
        <w:t>1530699</w:t>
      </w:r>
    </w:p>
    <w:p w14:paraId="47DFEBCF"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口座名義：一般社団法人日本モルック協会</w:t>
      </w:r>
    </w:p>
    <w:p w14:paraId="74664348"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入力の際は、シヤ）ニホンモルツクキョウカイ　でお願いします</w:t>
      </w:r>
    </w:p>
    <w:p w14:paraId="12300E41"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【提出先】</w:t>
      </w:r>
    </w:p>
    <w:p w14:paraId="589F9912" w14:textId="77777777" w:rsidR="007E451E" w:rsidRPr="00324FC3" w:rsidRDefault="001E090F">
      <w:pPr>
        <w:rPr>
          <w:rFonts w:ascii="Meiryo UI" w:eastAsia="Meiryo UI" w:hAnsi="Meiryo UI"/>
          <w:lang w:eastAsia="ja-JP"/>
        </w:rPr>
      </w:pPr>
      <w:r w:rsidRPr="00324FC3">
        <w:rPr>
          <w:rFonts w:ascii="Meiryo UI" w:eastAsia="Meiryo UI" w:hAnsi="Meiryo UI"/>
          <w:lang w:eastAsia="ja-JP"/>
        </w:rPr>
        <w:t>〒</w:t>
      </w:r>
      <w:r w:rsidRPr="00324FC3">
        <w:rPr>
          <w:rFonts w:ascii="Meiryo UI" w:eastAsia="Meiryo UI" w:hAnsi="Meiryo UI"/>
          <w:lang w:eastAsia="ja-JP"/>
        </w:rPr>
        <w:t xml:space="preserve">336-0023 </w:t>
      </w:r>
      <w:r w:rsidRPr="00324FC3">
        <w:rPr>
          <w:rFonts w:ascii="Meiryo UI" w:eastAsia="Meiryo UI" w:hAnsi="Meiryo UI"/>
          <w:lang w:eastAsia="ja-JP"/>
        </w:rPr>
        <w:t>埼玉県さいたま市南区神明</w:t>
      </w:r>
      <w:r w:rsidRPr="00324FC3">
        <w:rPr>
          <w:rFonts w:ascii="Meiryo UI" w:eastAsia="Meiryo UI" w:hAnsi="Meiryo UI"/>
          <w:lang w:eastAsia="ja-JP"/>
        </w:rPr>
        <w:t>1</w:t>
      </w:r>
      <w:r w:rsidRPr="00324FC3">
        <w:rPr>
          <w:rFonts w:ascii="Meiryo UI" w:eastAsia="Meiryo UI" w:hAnsi="Meiryo UI"/>
          <w:lang w:eastAsia="ja-JP"/>
        </w:rPr>
        <w:t>丁目</w:t>
      </w:r>
      <w:r w:rsidRPr="00324FC3">
        <w:rPr>
          <w:rFonts w:ascii="Meiryo UI" w:eastAsia="Meiryo UI" w:hAnsi="Meiryo UI"/>
          <w:lang w:eastAsia="ja-JP"/>
        </w:rPr>
        <w:t>4</w:t>
      </w:r>
      <w:r w:rsidRPr="00324FC3">
        <w:rPr>
          <w:rFonts w:ascii="Meiryo UI" w:eastAsia="Meiryo UI" w:hAnsi="Meiryo UI"/>
          <w:lang w:eastAsia="ja-JP"/>
        </w:rPr>
        <w:t>番</w:t>
      </w:r>
      <w:r w:rsidRPr="00324FC3">
        <w:rPr>
          <w:rFonts w:ascii="Meiryo UI" w:eastAsia="Meiryo UI" w:hAnsi="Meiryo UI"/>
          <w:lang w:eastAsia="ja-JP"/>
        </w:rPr>
        <w:t>15</w:t>
      </w:r>
      <w:r w:rsidRPr="00324FC3">
        <w:rPr>
          <w:rFonts w:ascii="Meiryo UI" w:eastAsia="Meiryo UI" w:hAnsi="Meiryo UI"/>
          <w:lang w:eastAsia="ja-JP"/>
        </w:rPr>
        <w:t>号　一般社団法人日本モルック協会</w:t>
      </w:r>
      <w:r w:rsidRPr="00324FC3">
        <w:rPr>
          <w:rFonts w:ascii="Meiryo UI" w:eastAsia="Meiryo UI" w:hAnsi="Meiryo UI"/>
          <w:lang w:eastAsia="ja-JP"/>
        </w:rPr>
        <w:t xml:space="preserve"> </w:t>
      </w:r>
      <w:r w:rsidRPr="00324FC3">
        <w:rPr>
          <w:rFonts w:ascii="Meiryo UI" w:eastAsia="Meiryo UI" w:hAnsi="Meiryo UI"/>
          <w:lang w:eastAsia="ja-JP"/>
        </w:rPr>
        <w:t>総務部</w:t>
      </w:r>
    </w:p>
    <w:p w14:paraId="7DC02FFC" w14:textId="77777777" w:rsidR="007E451E" w:rsidRPr="00324FC3" w:rsidRDefault="001E090F">
      <w:pPr>
        <w:rPr>
          <w:rFonts w:ascii="Meiryo UI" w:eastAsia="Meiryo UI" w:hAnsi="Meiryo UI"/>
        </w:rPr>
      </w:pPr>
      <w:r w:rsidRPr="00324FC3">
        <w:rPr>
          <w:rFonts w:ascii="Meiryo UI" w:eastAsia="Meiryo UI" w:hAnsi="Meiryo UI"/>
        </w:rPr>
        <w:t>E-mail</w:t>
      </w:r>
      <w:r w:rsidRPr="00324FC3">
        <w:rPr>
          <w:rFonts w:ascii="Meiryo UI" w:eastAsia="Meiryo UI" w:hAnsi="Meiryo UI"/>
        </w:rPr>
        <w:t>：</w:t>
      </w:r>
      <w:r w:rsidRPr="00324FC3">
        <w:rPr>
          <w:rFonts w:ascii="Meiryo UI" w:eastAsia="Meiryo UI" w:hAnsi="Meiryo UI"/>
        </w:rPr>
        <w:t>jma_soumu@molkky.jp</w:t>
      </w:r>
    </w:p>
    <w:sectPr w:rsidR="007E451E" w:rsidRPr="00324FC3" w:rsidSect="00034616">
      <w:pgSz w:w="12240" w:h="15840"/>
      <w:pgMar w:top="1247" w:right="1417" w:bottom="124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FC68" w14:textId="77777777" w:rsidR="001E090F" w:rsidRDefault="001E090F" w:rsidP="00324FC3">
      <w:pPr>
        <w:spacing w:after="0" w:line="240" w:lineRule="auto"/>
      </w:pPr>
      <w:r>
        <w:separator/>
      </w:r>
    </w:p>
  </w:endnote>
  <w:endnote w:type="continuationSeparator" w:id="0">
    <w:p w14:paraId="1FE2CC5E" w14:textId="77777777" w:rsidR="001E090F" w:rsidRDefault="001E090F" w:rsidP="00324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7988" w14:textId="77777777" w:rsidR="001E090F" w:rsidRDefault="001E090F" w:rsidP="00324FC3">
      <w:pPr>
        <w:spacing w:after="0" w:line="240" w:lineRule="auto"/>
      </w:pPr>
      <w:r>
        <w:separator/>
      </w:r>
    </w:p>
  </w:footnote>
  <w:footnote w:type="continuationSeparator" w:id="0">
    <w:p w14:paraId="7F25B6A3" w14:textId="77777777" w:rsidR="001E090F" w:rsidRDefault="001E090F" w:rsidP="00324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50878452">
    <w:abstractNumId w:val="8"/>
  </w:num>
  <w:num w:numId="2" w16cid:durableId="788399370">
    <w:abstractNumId w:val="6"/>
  </w:num>
  <w:num w:numId="3" w16cid:durableId="1194226719">
    <w:abstractNumId w:val="5"/>
  </w:num>
  <w:num w:numId="4" w16cid:durableId="154536797">
    <w:abstractNumId w:val="4"/>
  </w:num>
  <w:num w:numId="5" w16cid:durableId="1973019">
    <w:abstractNumId w:val="7"/>
  </w:num>
  <w:num w:numId="6" w16cid:durableId="1014381622">
    <w:abstractNumId w:val="3"/>
  </w:num>
  <w:num w:numId="7" w16cid:durableId="1002202476">
    <w:abstractNumId w:val="2"/>
  </w:num>
  <w:num w:numId="8" w16cid:durableId="1218735906">
    <w:abstractNumId w:val="1"/>
  </w:num>
  <w:num w:numId="9" w16cid:durableId="578709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090F"/>
    <w:rsid w:val="001E7C24"/>
    <w:rsid w:val="0029639D"/>
    <w:rsid w:val="00324FC3"/>
    <w:rsid w:val="00326F90"/>
    <w:rsid w:val="005A67CD"/>
    <w:rsid w:val="007E451E"/>
    <w:rsid w:val="0080565F"/>
    <w:rsid w:val="00AA1D8D"/>
    <w:rsid w:val="00B47730"/>
    <w:rsid w:val="00BC2CC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BD12607"/>
  <w14:defaultImageDpi w14:val="300"/>
  <w15:docId w15:val="{9C56E91D-5237-44A2-8086-38E0B960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eastAsia="ＭＳ 明朝" w:hAnsi="ＭＳ 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じんパぱ</dc:creator>
  <cp:keywords/>
  <cp:lastModifiedBy>じん パぱ</cp:lastModifiedBy>
  <cp:revision>2</cp:revision>
  <dcterms:created xsi:type="dcterms:W3CDTF">2026-07-24T21:23:00Z</dcterms:created>
  <dcterms:modified xsi:type="dcterms:W3CDTF">2026-07-24T21:23:00Z</dcterms:modified>
  <cp:category/>
</cp:coreProperties>
</file>